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לוח בחירה לסיפור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בניתוח סיפור (עלילה, קונפליקט, מסר)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בנוי לוח בחירה בסגנון חדר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משימה מתאימה לניתוח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בעיה או מאבק שהדמות מתמודדת איתו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(כותבים מכתב אישי לאחת הדמויות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(כותבים את הדברים שדמות אומרת בליבה)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(כותבים ידיעה עיתונאית על אירוע מהסיפור)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(מדרגים את הסיפור ומנמקים את הדירוג)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בהסבר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בכותרת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מבנה ללוח, למשל לוח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משימה אחת לכל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מעתיקים את הקישור ושולחים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רצף העלילה - סדר האירועים, קונפליקט - הבעיה או המאבק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נפתח המנעול לתחנה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מהרשימה, למשל מכתב לדמות - כותבים מכתב לדמות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של תחנה אחת מהלוח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תרגיל לסיפור שהכיתה קראה לאחרונה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לשיתוף בין התלמידים לפני ההגשה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לוח בחירה לסיפור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המושגים והמשימות שמופיעים בלוח הבריחה לסיפור - כלי שבו בכל תחנה בוחרים משימה אחת מתוך שתיים, ורק אחרי שמסיימים נפתחת התחנה הבאה.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רצף  ·  מכתב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'רצף העלילה' מתייחס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סדר האירועים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תיאור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מקום התרחשות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'קונפליקט' בסיפור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בעיה או מאבק שהדמות מתמודדת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משימה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💌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מדרגים את הסיפור ומנמקים את הדירוג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🎭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כותבים ידיעה עיתונאית על אירוע מהסיפור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📰 כתבה בעיתון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כותבים מכתב אישי לאחת הדמויות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⭐ ביקורת בכוכבים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כותבים את הדברים שדמות אומרת בליבה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תחנה בלוח הבריחה בוחרים משימה אחת מתוך שתיים.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בניית הלוח מתבצעת בשלושה צעדים.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העלילה הוא הסדר שבו קורים האירועים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ב'__________ לדמות' התלמידים כותבים מכתב אישי לאחת הדמויות.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משימה אחת לכל 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מעתיקים את הקישור ושולחים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מבנה ללוח, למשל לוח בריחה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את שם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רצף העלילה לבין הקונפליקט?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אחרי שמסיימים תחנה בלוח הבריחה?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לוח בחירה לסיפור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