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בונים לוח בחירה לסיפור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מרכזיים בניתוח סיפור (עלילה, קונפליקט, מסר)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בנוי לוח בחירה בסגנון חדר בריחה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בחירת משימה מתאימה לניתוח 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סדר האירועים בסיפור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בעיה או מאבק שהדמות מתמודדת איתו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לעקוב איך מרגישה הדמות לאורך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משפט חשוב שמסביר רעיון מרכזי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למה דברים קורים בסיפור ומה התוצאה שלהם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משימה לתיאור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(כותבים מכתב אישי לאחת הדמויות בסיפור)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(כותבים את הדברים שדמות אומרת בליבה)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(כותבים ידיעה עיתונאית על אירוע מהסיפור)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(מדרגים את הסיפור ומנמקים את הדירוג)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(מציירים או כותבים את האירועים העיקריים לפי סדר)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מתואר בהסבר על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המנעול נפתח רק אחרי שמסיימים את התחנה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בכותרת 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בשם הכלי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רצף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קונפליקט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מדחום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בניית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מבנה ללוח, למשל לוח בריחה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כותבים את שם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משימה אחת לכל תחנה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מעתיקים את הקישור ושולחים לכיתה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כתיבה ברורה הקשורה לסיפור, שימוש בפרטים אמיתיים מהעלילה, אורך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בחירה הגיונית של שתי משימות מהרשימה עם הסבר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רצף העלילה - סדר האירועים, קונפליקט - הבעיה או המאבק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נפתח המנעול לתחנה הבאה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מהרשימה, למשל מכתב לדמות - כותבים מכתב לדמות מהסיפור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דוגמה של תחנה אחת מהלוח לפני תחילת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כל תרגיל לסיפור שהכיתה קראה לאחרונה כדי להמחיש את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לתת זמן לשיתוף בין התלמידים לפני ההגשה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בונים לוח בחירה לסיפור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לוח משימות לסיפור. בכל תחנה בוחרים משימה אחת. צריך לסיים תחנה כדי לעבור לתחנה הבאה.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רצף העלילה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הסדר שבו קורים האירועים בסיפור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קונפליקט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בעיה או מאבק שהדמות צריכה להתמודד איתו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רגע ההחלטה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רגע שבו דמות צריכה לבחור מה לעשות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 המפתח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חשוב שמסביר רעיון מרכזי בסיפור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סיבה ותוצאה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הקשר בין דבר שקורה לבין התוצאה שלו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מדחום הרגשות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למעקב אחרי רגשות הדמות לאורך הסיפור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הרעיון או הלקח שהסיפור מעביר לקוראים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תחנה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שלב בלוח שבו בוחרים משימה לפני שעוברים הלאה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רצף העלילה זה...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סדר האירועים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תיאור הדמויות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מקום התרחשות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חרוזים בשיר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קונפליקט זה...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סוף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בעיה או מאבק שהדמות מתמודדת איתו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איור בעמוד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מדחום הרגשות עוזר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למדוד חום בחדר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לעקוב איך מרגישה הדמות לאורך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לבדוק מזג 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מתכון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משפט המפתח זה...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המשפט הראשון בספר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משפט חשוב שמסביר רעיון מרכזי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הסופר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כתובת ההוצאה לאור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סיבה ותוצאה עוזר להבין...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למה דברים קורים בסיפור ומה התוצאה שלהם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כמה דמויות יש בסיפור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באיזו שנה נכתב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כמה עמודים יש בספר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התאמת משימה לתיאור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💌 מכתב לדמות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כותבים ידיעה עיתונאית על אירוע מהסיפור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🎭 מונולוג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מדרגים את הסיפור ומנמקים את הדירוג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📰 כתבה בעיתון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כותבים את הדברים שדמות אומרת בליבה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⭐ ביקורת בכוכבים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מציירים או כותבים את האירועים העיקריים לפי סדר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🗺️ מפת האירועים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כותבים מכתב אישי לאחת הדמויות בסיפור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תחנה בלוח הבריחה בוחרים משימה אחת מתוך שתיים.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לעבור לתחנה הבאה לפני שסיימו את התחנה הנוכחית.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בניית הלוח מתבצעת בשלושה צעדים.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 הבריחה מיועד לתרגול טקסט סיפורי.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העלילה הוא הסדר שבו קורים האירועים בסיפור.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בסיפור הוא הבעיה או המאבק שהדמות צריכה להתמודד איתו.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ב'__________ לדמות' התלמידים כותבים מכתב אישי לאחת הדמויות.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'__________ הרגשות' עוזר לעקוב איך מרגישה הדמות לאורך הסיפור.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בכל תחנה בלוח הבריחה בוחרים __________ משימה מתוך שתי אפשרויות.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בניית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מעתיקים את הקישור ושולחים לכיתה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משימה אחת לכל תחנה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מבנה ללוח, למשל לוח בריחה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את שם הסיפור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משימה אחת מהרשימה (למשל מכתב לדמות, מונולוג, כתבה בעיתון) ובצעו אותה על סיפור שקראתם לאחרונה.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תחנה אחת בלוח הבריחה - אילו שתי משימות הייתם בוחרים בה ולמה.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רצף העלילה לבין הקונפליקט?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אחרי שמסיימים תחנה בלוח הבריחה?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למשימה אחת מהלוח ומה עושים בה.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בונים לוח בחירה לסיפור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