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 (עלילה, קונפליקט, מסר)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לוח בחירה בסגנון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משימה מתאימה לניתוח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 או מאבק שהדמות מתמודדת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לעקוב איך מרגישה הדמות לאורך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חשוב שמסביר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למה דברים קורים בסיפור ומה התוצאה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(כותבים מכתב אישי לאחת הדמויות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את הדברים שדמות אומרת בליבה)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(כותבים ידיעה עיתונאית על אירוע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(מדרגים את הסיפור ומנמקים את הדירוג)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(מציירים או כותבים את האירועים העיקריים לפי 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בהסבר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המנעול נפתח רק אחרי שמסיימים את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בשם הכלי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לוח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משימה אחת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מעתיקים את הקישור ושולחים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 ברורה הקשורה לסיפור, שימוש בפרטים אמיתיים מהעלילה, אורך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 הגיונית של שתי משימות מהרשימה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- סדר האירועים, קונפליקט - הבעיה או המאבק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נפתח המנעול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מהרשימה, למשל מכתב לדמות - כותבים מכתב לדמות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של תחנה אחת מהלוח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קראה לאחרונה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התלמידים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והמשימות שמופיעים בלוח הבריחה לסיפור - כלי שבו בכל תחנה בוחרים משימה אחת מתוך שתיים, ורק אחרי שמסיימים נפתחת התחנה הבאה.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'רצף העלילה' מתייחס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התרחשות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'קונפליקט'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מאבק שהדמות מתמודדת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איור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'מדחום הרגשות' עוזר לנו...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חום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לעקוב איך מרגישה הדמות לאורך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'משפט המפתח'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הראשון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חשוב שמסביר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ההוצאה לאור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הבנת 'סיבה ותוצאה' עוזרת להבין...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דברים קורים בסיפור ומה התוצאה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דמויות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באיזו שנה נכתב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עמודים יש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💌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מציירים או כותבים את האירועים העיקריים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🎭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כותבים ידיעה עיתונאית על אירוע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📰 כתבה בעיתון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מדרגים את הסיפור ומנמקים את הדירוג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את הדברים שדמות אומרת בליבה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🗺️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מכתב אישי לאחת הדמויות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בלוח הבריחה בוחרים משימה אחת מתוך שתיים.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לתחנה הבאה לפני שסיימו את התחנה הנוכחית.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הלוח מתבצעת בשלושה צעדים.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הבריחה מיועד לתרגול טקסט סיפורי.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העלילה הוא הסדר שבו קורים האירועים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בסיפור הוא הבעיה או המאבק שהדמות צריכה להתמודד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ב'__________ לדמות' התלמידים כותבים מכתב אישי לאחת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'__________ הרגשות' עוזר לעקוב איך מרגישה הדמות לאורך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תחנה בלוח הבריחה בוחרים __________ משימה מתוך שתי אפשרויות.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ללוח, למשל לוח בריחה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מהרשימה (למשל מכתב לדמות, מונולוג, כתבה בעיתון) ובצעו אותה על סיפור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תחנה אחת בלוח הבריחה - אילו שתי משימות הייתם בוחרים בה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רצף העלילה לבין הקונפליקט?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שמסיימים תחנה בלוח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אחת מהלוח ומה עושים 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